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F52B2" w14:textId="40726D01" w:rsidR="009D23F3" w:rsidRPr="004F53DA" w:rsidRDefault="00513BB8" w:rsidP="004F53DA">
      <w:pPr>
        <w:spacing w:after="20" w:line="240" w:lineRule="auto"/>
        <w:jc w:val="center"/>
        <w:rPr>
          <w:rFonts w:cs="Times New Roman"/>
          <w:sz w:val="22"/>
        </w:rPr>
      </w:pPr>
      <w:r w:rsidRPr="004F53DA">
        <w:rPr>
          <w:rFonts w:cs="Times New Roman"/>
          <w:b/>
          <w:sz w:val="22"/>
        </w:rPr>
        <w:t>MENTÖRLÜK PROGRAMI</w:t>
      </w:r>
    </w:p>
    <w:p w14:paraId="59844E54" w14:textId="77777777" w:rsidR="009D23F3" w:rsidRPr="004F53DA" w:rsidRDefault="00000000" w:rsidP="004F53DA">
      <w:pPr>
        <w:spacing w:after="20" w:line="240" w:lineRule="auto"/>
        <w:jc w:val="center"/>
        <w:rPr>
          <w:rFonts w:cs="Times New Roman"/>
          <w:b/>
          <w:sz w:val="22"/>
        </w:rPr>
      </w:pPr>
      <w:r w:rsidRPr="004F53DA">
        <w:rPr>
          <w:rFonts w:cs="Times New Roman"/>
          <w:b/>
          <w:sz w:val="22"/>
        </w:rPr>
        <w:t>ÖĞRENCİ BAŞVURU FORMU</w:t>
      </w:r>
    </w:p>
    <w:p w14:paraId="020EDBC9" w14:textId="77777777" w:rsidR="004F53DA" w:rsidRPr="004F53DA" w:rsidRDefault="004F53DA" w:rsidP="004F53DA">
      <w:pPr>
        <w:spacing w:after="20" w:line="240" w:lineRule="auto"/>
        <w:jc w:val="center"/>
        <w:rPr>
          <w:rFonts w:cs="Times New Roman"/>
          <w:sz w:val="22"/>
        </w:rPr>
      </w:pPr>
    </w:p>
    <w:p w14:paraId="656C0054" w14:textId="77777777" w:rsidR="009D23F3" w:rsidRPr="004F53DA" w:rsidRDefault="00000000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  <w:r w:rsidRPr="004F53DA">
        <w:rPr>
          <w:rFonts w:ascii="Times New Roman" w:hAnsi="Times New Roman" w:cs="Times New Roman"/>
          <w:color w:val="auto"/>
          <w:sz w:val="22"/>
          <w:szCs w:val="22"/>
        </w:rPr>
        <w:t>A. KİŞİSEL BİLGİLER</w:t>
      </w:r>
    </w:p>
    <w:tbl>
      <w:tblPr>
        <w:tblStyle w:val="TabloKlavuzu"/>
        <w:tblW w:w="8876" w:type="dxa"/>
        <w:tblLook w:val="04A0" w:firstRow="1" w:lastRow="0" w:firstColumn="1" w:lastColumn="0" w:noHBand="0" w:noVBand="1"/>
      </w:tblPr>
      <w:tblGrid>
        <w:gridCol w:w="4438"/>
        <w:gridCol w:w="4438"/>
      </w:tblGrid>
      <w:tr w:rsidR="009D23F3" w:rsidRPr="004F53DA" w14:paraId="2D11A44C" w14:textId="77777777" w:rsidTr="004F53DA">
        <w:trPr>
          <w:trHeight w:val="352"/>
        </w:trPr>
        <w:tc>
          <w:tcPr>
            <w:tcW w:w="4438" w:type="dxa"/>
          </w:tcPr>
          <w:p w14:paraId="7B55803C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Adı Soyadı</w:t>
            </w:r>
          </w:p>
        </w:tc>
        <w:tc>
          <w:tcPr>
            <w:tcW w:w="4438" w:type="dxa"/>
          </w:tcPr>
          <w:p w14:paraId="1A258951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3E19D5D2" w14:textId="77777777" w:rsidTr="004F53DA">
        <w:trPr>
          <w:trHeight w:val="340"/>
        </w:trPr>
        <w:tc>
          <w:tcPr>
            <w:tcW w:w="4438" w:type="dxa"/>
          </w:tcPr>
          <w:p w14:paraId="18D8B01C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Öğrenci Numarası</w:t>
            </w:r>
          </w:p>
        </w:tc>
        <w:tc>
          <w:tcPr>
            <w:tcW w:w="4438" w:type="dxa"/>
          </w:tcPr>
          <w:p w14:paraId="4BE8D400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4D4E031B" w14:textId="77777777" w:rsidTr="004F53DA">
        <w:trPr>
          <w:trHeight w:val="352"/>
        </w:trPr>
        <w:tc>
          <w:tcPr>
            <w:tcW w:w="4438" w:type="dxa"/>
          </w:tcPr>
          <w:p w14:paraId="002CC09F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T.C. Kimlik No</w:t>
            </w:r>
          </w:p>
        </w:tc>
        <w:tc>
          <w:tcPr>
            <w:tcW w:w="4438" w:type="dxa"/>
          </w:tcPr>
          <w:p w14:paraId="4FE63361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186E7CBA" w14:textId="77777777" w:rsidTr="004F53DA">
        <w:trPr>
          <w:trHeight w:val="340"/>
        </w:trPr>
        <w:tc>
          <w:tcPr>
            <w:tcW w:w="4438" w:type="dxa"/>
          </w:tcPr>
          <w:p w14:paraId="44D9F621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Sınıfı</w:t>
            </w:r>
          </w:p>
        </w:tc>
        <w:tc>
          <w:tcPr>
            <w:tcW w:w="4438" w:type="dxa"/>
          </w:tcPr>
          <w:p w14:paraId="78C4293A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5154D99B" w14:textId="77777777" w:rsidTr="004F53DA">
        <w:trPr>
          <w:trHeight w:val="352"/>
        </w:trPr>
        <w:tc>
          <w:tcPr>
            <w:tcW w:w="4438" w:type="dxa"/>
          </w:tcPr>
          <w:p w14:paraId="61B3995A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Genel Not Ortalaması (GNO)</w:t>
            </w:r>
          </w:p>
        </w:tc>
        <w:tc>
          <w:tcPr>
            <w:tcW w:w="4438" w:type="dxa"/>
          </w:tcPr>
          <w:p w14:paraId="420EEADC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613F2639" w14:textId="77777777" w:rsidTr="004F53DA">
        <w:trPr>
          <w:trHeight w:val="352"/>
        </w:trPr>
        <w:tc>
          <w:tcPr>
            <w:tcW w:w="4438" w:type="dxa"/>
          </w:tcPr>
          <w:p w14:paraId="3F2CE76D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Telefon</w:t>
            </w:r>
          </w:p>
        </w:tc>
        <w:tc>
          <w:tcPr>
            <w:tcW w:w="4438" w:type="dxa"/>
          </w:tcPr>
          <w:p w14:paraId="38B70B74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71CBB255" w14:textId="77777777" w:rsidTr="004F53DA">
        <w:trPr>
          <w:trHeight w:val="340"/>
        </w:trPr>
        <w:tc>
          <w:tcPr>
            <w:tcW w:w="4438" w:type="dxa"/>
          </w:tcPr>
          <w:p w14:paraId="4EAA44AE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E-posta</w:t>
            </w:r>
          </w:p>
        </w:tc>
        <w:tc>
          <w:tcPr>
            <w:tcW w:w="4438" w:type="dxa"/>
          </w:tcPr>
          <w:p w14:paraId="7519973B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742819BB" w14:textId="77777777" w:rsidTr="004F53DA">
        <w:trPr>
          <w:trHeight w:val="352"/>
        </w:trPr>
        <w:tc>
          <w:tcPr>
            <w:tcW w:w="4438" w:type="dxa"/>
          </w:tcPr>
          <w:p w14:paraId="2E85697B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Akademik Danışmanı</w:t>
            </w:r>
          </w:p>
        </w:tc>
        <w:tc>
          <w:tcPr>
            <w:tcW w:w="4438" w:type="dxa"/>
          </w:tcPr>
          <w:p w14:paraId="4F2C5E3D" w14:textId="7777777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</w:tbl>
    <w:p w14:paraId="50C3E1B8" w14:textId="77777777" w:rsidR="008974CB" w:rsidRDefault="008974CB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</w:p>
    <w:p w14:paraId="6646E330" w14:textId="03077944" w:rsidR="000779BD" w:rsidRPr="004F53DA" w:rsidRDefault="00000000">
      <w:pPr>
        <w:pStyle w:val="Balk2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4F53DA">
        <w:rPr>
          <w:rFonts w:ascii="Times New Roman" w:hAnsi="Times New Roman" w:cs="Times New Roman"/>
          <w:color w:val="auto"/>
          <w:sz w:val="22"/>
          <w:szCs w:val="22"/>
        </w:rPr>
        <w:t xml:space="preserve">B. </w:t>
      </w:r>
      <w:r w:rsidR="000779BD" w:rsidRPr="004F53DA">
        <w:rPr>
          <w:rFonts w:ascii="Times New Roman" w:hAnsi="Times New Roman" w:cs="Times New Roman"/>
          <w:color w:val="auto"/>
          <w:sz w:val="22"/>
          <w:szCs w:val="22"/>
        </w:rPr>
        <w:t xml:space="preserve">MENTÖRLÜK İÇİN TERCİH EDİLEN KURUM: </w:t>
      </w:r>
    </w:p>
    <w:p w14:paraId="16627502" w14:textId="5A2F9E46" w:rsidR="000779BD" w:rsidRPr="004F53DA" w:rsidRDefault="000779BD" w:rsidP="000779BD">
      <w:pPr>
        <w:rPr>
          <w:sz w:val="22"/>
        </w:rPr>
      </w:pPr>
      <w:r w:rsidRPr="004F53DA">
        <w:rPr>
          <w:rFonts w:cs="Times New Roman"/>
          <w:sz w:val="22"/>
        </w:rPr>
        <w:t>________________________________________________________________________</w:t>
      </w:r>
    </w:p>
    <w:p w14:paraId="21EFAE89" w14:textId="77777777" w:rsidR="008974CB" w:rsidRDefault="008974CB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</w:p>
    <w:p w14:paraId="41701764" w14:textId="66A6A408" w:rsidR="009D23F3" w:rsidRPr="004F53DA" w:rsidRDefault="000779BD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  <w:r w:rsidRPr="004F53DA">
        <w:rPr>
          <w:rFonts w:ascii="Times New Roman" w:hAnsi="Times New Roman" w:cs="Times New Roman"/>
          <w:color w:val="auto"/>
          <w:sz w:val="22"/>
          <w:szCs w:val="22"/>
        </w:rPr>
        <w:t>C. PROGRAMA KATILIM DURUMU</w:t>
      </w:r>
    </w:p>
    <w:p w14:paraId="619E4687" w14:textId="77777777" w:rsidR="008974CB" w:rsidRDefault="008974CB">
      <w:pPr>
        <w:rPr>
          <w:rFonts w:cs="Times New Roman"/>
          <w:sz w:val="22"/>
        </w:rPr>
      </w:pPr>
    </w:p>
    <w:p w14:paraId="043E25EF" w14:textId="05B73CA5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Haftada kaç gün katılım sağlayabilirsiniz?</w:t>
      </w:r>
      <w:r w:rsidRPr="004F53DA">
        <w:rPr>
          <w:rFonts w:cs="Times New Roman"/>
          <w:sz w:val="22"/>
        </w:rPr>
        <w:br/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1 gün 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2 gün 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3 gün 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Diğer: ____________</w:t>
      </w:r>
    </w:p>
    <w:p w14:paraId="439A3706" w14:textId="72C36EE6" w:rsidR="000544E2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Katılabileceğiniz günler:</w:t>
      </w:r>
      <w:r w:rsidRPr="004F53DA">
        <w:rPr>
          <w:rFonts w:cs="Times New Roman"/>
          <w:sz w:val="22"/>
        </w:rPr>
        <w:br/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Pazartesi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Salı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Çarşamba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Perşembe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Cuma</w:t>
      </w:r>
      <w:r w:rsidR="000544E2">
        <w:rPr>
          <w:rFonts w:cs="Times New Roman"/>
          <w:sz w:val="22"/>
        </w:rPr>
        <w:t xml:space="preserve"> </w:t>
      </w:r>
      <w:r w:rsidR="00F32706">
        <w:rPr>
          <w:rFonts w:cs="Times New Roman"/>
          <w:sz w:val="22"/>
        </w:rPr>
        <w:t xml:space="preserve"> </w:t>
      </w:r>
      <w:r w:rsidR="00F32706" w:rsidRPr="004F53DA">
        <w:rPr>
          <w:rFonts w:ascii="Segoe UI Symbol" w:hAnsi="Segoe UI Symbol" w:cs="Segoe UI Symbol"/>
          <w:sz w:val="22"/>
        </w:rPr>
        <w:t>☐</w:t>
      </w:r>
      <w:r w:rsidR="00F32706" w:rsidRPr="004F53DA">
        <w:rPr>
          <w:rFonts w:cs="Times New Roman"/>
          <w:sz w:val="22"/>
        </w:rPr>
        <w:t xml:space="preserve"> Cuma</w:t>
      </w:r>
      <w:r w:rsidR="00F32706">
        <w:rPr>
          <w:rFonts w:cs="Times New Roman"/>
          <w:sz w:val="22"/>
        </w:rPr>
        <w:t>rtesi</w:t>
      </w:r>
    </w:p>
    <w:p w14:paraId="79276659" w14:textId="77777777" w:rsidR="000544E2" w:rsidRPr="004F53DA" w:rsidRDefault="000544E2">
      <w:pPr>
        <w:rPr>
          <w:rFonts w:cs="Times New Roman"/>
          <w:sz w:val="22"/>
        </w:rPr>
      </w:pPr>
    </w:p>
    <w:p w14:paraId="7058CB48" w14:textId="28D9B9CD" w:rsidR="009D23F3" w:rsidRPr="004F53DA" w:rsidRDefault="000544E2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D</w:t>
      </w:r>
      <w:r w:rsidR="000779BD" w:rsidRPr="004F53DA">
        <w:rPr>
          <w:rFonts w:ascii="Times New Roman" w:hAnsi="Times New Roman" w:cs="Times New Roman"/>
          <w:color w:val="auto"/>
          <w:sz w:val="22"/>
          <w:szCs w:val="22"/>
        </w:rPr>
        <w:t>. DENEYİMLER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D23F3" w:rsidRPr="004F53DA" w14:paraId="0879442C" w14:textId="77777777">
        <w:tc>
          <w:tcPr>
            <w:tcW w:w="2880" w:type="dxa"/>
          </w:tcPr>
          <w:p w14:paraId="197B6E03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Faaliyet</w:t>
            </w:r>
          </w:p>
        </w:tc>
        <w:tc>
          <w:tcPr>
            <w:tcW w:w="2880" w:type="dxa"/>
          </w:tcPr>
          <w:p w14:paraId="2F382F73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Evet</w:t>
            </w:r>
          </w:p>
        </w:tc>
        <w:tc>
          <w:tcPr>
            <w:tcW w:w="2880" w:type="dxa"/>
          </w:tcPr>
          <w:p w14:paraId="198117C3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Hayır</w:t>
            </w:r>
          </w:p>
        </w:tc>
      </w:tr>
      <w:tr w:rsidR="009D23F3" w:rsidRPr="004F53DA" w14:paraId="6B45C954" w14:textId="77777777">
        <w:tc>
          <w:tcPr>
            <w:tcW w:w="2880" w:type="dxa"/>
          </w:tcPr>
          <w:p w14:paraId="2F390588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Gönüllü çalışmalar</w:t>
            </w:r>
          </w:p>
        </w:tc>
        <w:tc>
          <w:tcPr>
            <w:tcW w:w="2880" w:type="dxa"/>
          </w:tcPr>
          <w:p w14:paraId="3995F910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880" w:type="dxa"/>
          </w:tcPr>
          <w:p w14:paraId="4980BFAA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23F3" w:rsidRPr="004F53DA" w14:paraId="316B22CE" w14:textId="77777777">
        <w:tc>
          <w:tcPr>
            <w:tcW w:w="2880" w:type="dxa"/>
          </w:tcPr>
          <w:p w14:paraId="6F497CEB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Araştırma projesi</w:t>
            </w:r>
          </w:p>
        </w:tc>
        <w:tc>
          <w:tcPr>
            <w:tcW w:w="2880" w:type="dxa"/>
          </w:tcPr>
          <w:p w14:paraId="714A48AA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880" w:type="dxa"/>
          </w:tcPr>
          <w:p w14:paraId="49D2A75B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23F3" w:rsidRPr="004F53DA" w14:paraId="52E71640" w14:textId="77777777">
        <w:tc>
          <w:tcPr>
            <w:tcW w:w="2880" w:type="dxa"/>
          </w:tcPr>
          <w:p w14:paraId="7622FD05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Bilimsel kongre</w:t>
            </w:r>
          </w:p>
        </w:tc>
        <w:tc>
          <w:tcPr>
            <w:tcW w:w="2880" w:type="dxa"/>
          </w:tcPr>
          <w:p w14:paraId="37518DE5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880" w:type="dxa"/>
          </w:tcPr>
          <w:p w14:paraId="4EBD6561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23F3" w:rsidRPr="004F53DA" w14:paraId="74C824B9" w14:textId="77777777">
        <w:tc>
          <w:tcPr>
            <w:tcW w:w="2880" w:type="dxa"/>
          </w:tcPr>
          <w:p w14:paraId="064D7131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Psikoloji topluluğu</w:t>
            </w:r>
          </w:p>
        </w:tc>
        <w:tc>
          <w:tcPr>
            <w:tcW w:w="2880" w:type="dxa"/>
          </w:tcPr>
          <w:p w14:paraId="63FC1368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880" w:type="dxa"/>
          </w:tcPr>
          <w:p w14:paraId="588155DF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23F3" w:rsidRPr="004F53DA" w14:paraId="220FB708" w14:textId="77777777">
        <w:tc>
          <w:tcPr>
            <w:tcW w:w="2880" w:type="dxa"/>
          </w:tcPr>
          <w:p w14:paraId="3D35CFCF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cs="Times New Roman"/>
                <w:sz w:val="22"/>
              </w:rPr>
              <w:t>Eğitim/Sertifika programı</w:t>
            </w:r>
          </w:p>
        </w:tc>
        <w:tc>
          <w:tcPr>
            <w:tcW w:w="2880" w:type="dxa"/>
          </w:tcPr>
          <w:p w14:paraId="547202C0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2880" w:type="dxa"/>
          </w:tcPr>
          <w:p w14:paraId="34E075B0" w14:textId="77777777" w:rsidR="009D23F3" w:rsidRPr="004F53DA" w:rsidRDefault="00000000">
            <w:pPr>
              <w:rPr>
                <w:rFonts w:cs="Times New Roman"/>
                <w:sz w:val="22"/>
              </w:rPr>
            </w:pPr>
            <w:r w:rsidRPr="004F53DA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4FED7C6E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Varsa açıklayınız:</w:t>
      </w:r>
    </w:p>
    <w:p w14:paraId="64CB6F96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__________________________________________________________________________________________</w:t>
      </w:r>
    </w:p>
    <w:p w14:paraId="792CB527" w14:textId="3E6A4F21" w:rsidR="009D23F3" w:rsidRPr="004F53DA" w:rsidRDefault="000544E2">
      <w:pPr>
        <w:pStyle w:val="Balk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E</w:t>
      </w:r>
      <w:r w:rsidR="00000000" w:rsidRPr="004F53DA">
        <w:rPr>
          <w:rFonts w:ascii="Times New Roman" w:hAnsi="Times New Roman" w:cs="Times New Roman"/>
          <w:color w:val="auto"/>
          <w:sz w:val="22"/>
          <w:szCs w:val="22"/>
        </w:rPr>
        <w:t>. BEYAN VE TAAHHÜT</w:t>
      </w:r>
    </w:p>
    <w:p w14:paraId="432E8B0F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Mentörlük Programına gönüllü olarak başvurduğumu, program süresince devam, etik ilkeler ve kurum kurallarına uyacağımı; program kapsamında elde edeceğim her türlü kişisel ve kurumsal bilgiyi gizli tutacağımı kabul ve taahhüt ederim.</w:t>
      </w:r>
    </w:p>
    <w:p w14:paraId="6B999BE2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br/>
        <w:t>Tarih: ____ / ____ / 20____</w:t>
      </w:r>
    </w:p>
    <w:p w14:paraId="7EFE1A58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Öğrencinin Adı Soyadı: __________________________</w:t>
      </w:r>
    </w:p>
    <w:p w14:paraId="75459BE0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İmza: __________________________</w:t>
      </w:r>
    </w:p>
    <w:p w14:paraId="73682A31" w14:textId="77777777" w:rsidR="000779BD" w:rsidRPr="004F53DA" w:rsidRDefault="000779BD" w:rsidP="000779BD">
      <w:pPr>
        <w:rPr>
          <w:rFonts w:cs="Times New Roman"/>
          <w:b/>
          <w:bCs/>
          <w:sz w:val="22"/>
        </w:rPr>
      </w:pPr>
    </w:p>
    <w:p w14:paraId="7DF77E8C" w14:textId="30381AC8" w:rsidR="009D23F3" w:rsidRPr="004F53DA" w:rsidRDefault="00000000" w:rsidP="000779BD">
      <w:pPr>
        <w:rPr>
          <w:rFonts w:cs="Times New Roman"/>
          <w:b/>
          <w:bCs/>
          <w:sz w:val="22"/>
        </w:rPr>
      </w:pPr>
      <w:r w:rsidRPr="004F53DA">
        <w:rPr>
          <w:rFonts w:cs="Times New Roman"/>
          <w:b/>
          <w:bCs/>
          <w:sz w:val="22"/>
        </w:rPr>
        <w:t>BÖLÜM BAŞKANLIĞI TARAFINDAN DOLDURULACAKTIR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D23F3" w:rsidRPr="004F53DA" w14:paraId="40385AE9" w14:textId="77777777">
        <w:tc>
          <w:tcPr>
            <w:tcW w:w="4320" w:type="dxa"/>
          </w:tcPr>
          <w:p w14:paraId="1ABEBF31" w14:textId="4DD2596C" w:rsidR="009D23F3" w:rsidRPr="000544E2" w:rsidRDefault="00000000">
            <w:pPr>
              <w:rPr>
                <w:rFonts w:cs="Times New Roman"/>
                <w:sz w:val="22"/>
              </w:rPr>
            </w:pPr>
            <w:r w:rsidRPr="000544E2">
              <w:rPr>
                <w:rFonts w:cs="Times New Roman"/>
                <w:sz w:val="22"/>
              </w:rPr>
              <w:t>Genel Not Ortalaması</w:t>
            </w:r>
            <w:r w:rsidR="000779BD" w:rsidRPr="000544E2">
              <w:rPr>
                <w:rFonts w:cs="Times New Roman"/>
                <w:sz w:val="22"/>
              </w:rPr>
              <w:t xml:space="preserve"> (%</w:t>
            </w:r>
            <w:r w:rsidR="000544E2" w:rsidRPr="000544E2">
              <w:rPr>
                <w:rFonts w:cs="Times New Roman"/>
                <w:sz w:val="22"/>
              </w:rPr>
              <w:t>5</w:t>
            </w:r>
            <w:r w:rsidR="000779BD" w:rsidRPr="000544E2">
              <w:rPr>
                <w:rFonts w:cs="Times New Roman"/>
                <w:sz w:val="22"/>
              </w:rPr>
              <w:t>0)</w:t>
            </w:r>
          </w:p>
        </w:tc>
        <w:tc>
          <w:tcPr>
            <w:tcW w:w="4320" w:type="dxa"/>
          </w:tcPr>
          <w:p w14:paraId="22B977DF" w14:textId="5EA0ACA7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79E196E4" w14:textId="77777777">
        <w:tc>
          <w:tcPr>
            <w:tcW w:w="4320" w:type="dxa"/>
          </w:tcPr>
          <w:p w14:paraId="4D047FA0" w14:textId="0F73003A" w:rsidR="009D23F3" w:rsidRPr="000544E2" w:rsidRDefault="00000000">
            <w:pPr>
              <w:rPr>
                <w:rFonts w:cs="Times New Roman"/>
                <w:sz w:val="22"/>
              </w:rPr>
            </w:pPr>
            <w:r w:rsidRPr="000544E2">
              <w:rPr>
                <w:rFonts w:cs="Times New Roman"/>
                <w:sz w:val="22"/>
              </w:rPr>
              <w:t>Motivasyon</w:t>
            </w:r>
            <w:r w:rsidR="000779BD" w:rsidRPr="000544E2">
              <w:rPr>
                <w:rFonts w:cs="Times New Roman"/>
                <w:sz w:val="22"/>
              </w:rPr>
              <w:t xml:space="preserve"> (%</w:t>
            </w:r>
            <w:r w:rsidR="000544E2" w:rsidRPr="000544E2">
              <w:rPr>
                <w:rFonts w:cs="Times New Roman"/>
                <w:sz w:val="22"/>
              </w:rPr>
              <w:t>4</w:t>
            </w:r>
            <w:r w:rsidR="000779BD" w:rsidRPr="000544E2">
              <w:rPr>
                <w:rFonts w:cs="Times New Roman"/>
                <w:sz w:val="22"/>
              </w:rPr>
              <w:t>0)</w:t>
            </w:r>
          </w:p>
        </w:tc>
        <w:tc>
          <w:tcPr>
            <w:tcW w:w="4320" w:type="dxa"/>
          </w:tcPr>
          <w:p w14:paraId="40A0F4F1" w14:textId="574E2D00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768A5820" w14:textId="77777777">
        <w:tc>
          <w:tcPr>
            <w:tcW w:w="4320" w:type="dxa"/>
          </w:tcPr>
          <w:p w14:paraId="5E66A4C2" w14:textId="63BA1C2C" w:rsidR="009D23F3" w:rsidRPr="000544E2" w:rsidRDefault="000544E2">
            <w:pPr>
              <w:rPr>
                <w:rFonts w:cs="Times New Roman"/>
                <w:sz w:val="22"/>
              </w:rPr>
            </w:pPr>
            <w:r w:rsidRPr="000544E2">
              <w:rPr>
                <w:rFonts w:cs="Times New Roman"/>
                <w:sz w:val="22"/>
              </w:rPr>
              <w:t>Deneyim</w:t>
            </w:r>
            <w:r w:rsidR="000779BD" w:rsidRPr="000544E2">
              <w:rPr>
                <w:rFonts w:cs="Times New Roman"/>
                <w:sz w:val="22"/>
              </w:rPr>
              <w:t xml:space="preserve"> (%10)</w:t>
            </w:r>
          </w:p>
        </w:tc>
        <w:tc>
          <w:tcPr>
            <w:tcW w:w="4320" w:type="dxa"/>
          </w:tcPr>
          <w:p w14:paraId="22CB911A" w14:textId="6D2136E2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  <w:tr w:rsidR="009D23F3" w:rsidRPr="004F53DA" w14:paraId="0077FA5B" w14:textId="77777777">
        <w:tc>
          <w:tcPr>
            <w:tcW w:w="4320" w:type="dxa"/>
          </w:tcPr>
          <w:p w14:paraId="3463C0FB" w14:textId="77777777" w:rsidR="009D23F3" w:rsidRPr="000544E2" w:rsidRDefault="00000000">
            <w:pPr>
              <w:rPr>
                <w:rFonts w:cs="Times New Roman"/>
                <w:sz w:val="22"/>
              </w:rPr>
            </w:pPr>
            <w:r w:rsidRPr="000544E2">
              <w:rPr>
                <w:rFonts w:cs="Times New Roman"/>
                <w:sz w:val="22"/>
              </w:rPr>
              <w:t>Toplam</w:t>
            </w:r>
          </w:p>
        </w:tc>
        <w:tc>
          <w:tcPr>
            <w:tcW w:w="4320" w:type="dxa"/>
          </w:tcPr>
          <w:p w14:paraId="71EF32AD" w14:textId="2E436CCC" w:rsidR="009D23F3" w:rsidRPr="004F53DA" w:rsidRDefault="009D23F3">
            <w:pPr>
              <w:rPr>
                <w:rFonts w:cs="Times New Roman"/>
                <w:sz w:val="22"/>
              </w:rPr>
            </w:pPr>
          </w:p>
        </w:tc>
      </w:tr>
    </w:tbl>
    <w:p w14:paraId="15CC30EE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br/>
        <w:t xml:space="preserve">Karar: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Kabul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Yedek   </w:t>
      </w:r>
      <w:r w:rsidRPr="004F53DA">
        <w:rPr>
          <w:rFonts w:ascii="Segoe UI Symbol" w:hAnsi="Segoe UI Symbol" w:cs="Segoe UI Symbol"/>
          <w:sz w:val="22"/>
        </w:rPr>
        <w:t>☐</w:t>
      </w:r>
      <w:r w:rsidRPr="004F53DA">
        <w:rPr>
          <w:rFonts w:cs="Times New Roman"/>
          <w:sz w:val="22"/>
        </w:rPr>
        <w:t xml:space="preserve"> Kabul Edilmedi</w:t>
      </w:r>
    </w:p>
    <w:p w14:paraId="557DD2F5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Açıklama:</w:t>
      </w:r>
      <w:r w:rsidRPr="004F53DA">
        <w:rPr>
          <w:rFonts w:cs="Times New Roman"/>
          <w:sz w:val="22"/>
        </w:rPr>
        <w:br/>
        <w:t>__________________________________________________________________________________________</w:t>
      </w:r>
    </w:p>
    <w:p w14:paraId="5712E4B2" w14:textId="77777777" w:rsidR="009D23F3" w:rsidRPr="004F53DA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br/>
        <w:t>Program Koordinatörü: _____________________</w:t>
      </w:r>
    </w:p>
    <w:p w14:paraId="0ADC612D" w14:textId="77777777" w:rsidR="009D23F3" w:rsidRDefault="00000000">
      <w:pPr>
        <w:rPr>
          <w:rFonts w:cs="Times New Roman"/>
          <w:sz w:val="22"/>
        </w:rPr>
      </w:pPr>
      <w:r w:rsidRPr="004F53DA">
        <w:rPr>
          <w:rFonts w:cs="Times New Roman"/>
          <w:sz w:val="22"/>
        </w:rPr>
        <w:t>İmza: _____________________</w:t>
      </w:r>
    </w:p>
    <w:p w14:paraId="058A45EE" w14:textId="77777777" w:rsidR="000544E2" w:rsidRDefault="000544E2">
      <w:pPr>
        <w:rPr>
          <w:rFonts w:cs="Times New Roman"/>
          <w:sz w:val="22"/>
        </w:rPr>
      </w:pPr>
    </w:p>
    <w:p w14:paraId="138A796E" w14:textId="77777777" w:rsidR="000544E2" w:rsidRDefault="000544E2">
      <w:pPr>
        <w:rPr>
          <w:rFonts w:cs="Times New Roman"/>
          <w:sz w:val="22"/>
        </w:rPr>
      </w:pPr>
    </w:p>
    <w:p w14:paraId="267D0ECE" w14:textId="77777777" w:rsidR="000544E2" w:rsidRDefault="000544E2">
      <w:pPr>
        <w:rPr>
          <w:rFonts w:cs="Times New Roman"/>
          <w:sz w:val="22"/>
        </w:rPr>
      </w:pPr>
    </w:p>
    <w:p w14:paraId="7396E343" w14:textId="77777777" w:rsidR="000544E2" w:rsidRDefault="000544E2">
      <w:pPr>
        <w:rPr>
          <w:rFonts w:cs="Times New Roman"/>
          <w:sz w:val="22"/>
        </w:rPr>
      </w:pPr>
    </w:p>
    <w:p w14:paraId="5DA4B5F0" w14:textId="77777777" w:rsidR="000544E2" w:rsidRDefault="000544E2">
      <w:pPr>
        <w:rPr>
          <w:rFonts w:cs="Times New Roman"/>
          <w:sz w:val="22"/>
        </w:rPr>
      </w:pPr>
    </w:p>
    <w:p w14:paraId="6760D597" w14:textId="77777777" w:rsidR="000544E2" w:rsidRDefault="000544E2">
      <w:pPr>
        <w:rPr>
          <w:rFonts w:cs="Times New Roman"/>
          <w:sz w:val="22"/>
        </w:rPr>
      </w:pPr>
    </w:p>
    <w:p w14:paraId="40F1B8E7" w14:textId="77777777" w:rsidR="000544E2" w:rsidRPr="004F53DA" w:rsidRDefault="000544E2">
      <w:pPr>
        <w:rPr>
          <w:rFonts w:cs="Times New Roman"/>
          <w:sz w:val="22"/>
        </w:rPr>
      </w:pPr>
    </w:p>
    <w:sectPr w:rsidR="000544E2" w:rsidRPr="004F53D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9E4D" w14:textId="77777777" w:rsidR="007036D2" w:rsidRDefault="007036D2" w:rsidP="00513BB8">
      <w:pPr>
        <w:spacing w:after="0" w:line="240" w:lineRule="auto"/>
      </w:pPr>
      <w:r>
        <w:separator/>
      </w:r>
    </w:p>
  </w:endnote>
  <w:endnote w:type="continuationSeparator" w:id="0">
    <w:p w14:paraId="47D085E9" w14:textId="77777777" w:rsidR="007036D2" w:rsidRDefault="007036D2" w:rsidP="0051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AE632" w14:textId="77777777" w:rsidR="007036D2" w:rsidRDefault="007036D2" w:rsidP="00513BB8">
      <w:pPr>
        <w:spacing w:after="0" w:line="240" w:lineRule="auto"/>
      </w:pPr>
      <w:r>
        <w:separator/>
      </w:r>
    </w:p>
  </w:footnote>
  <w:footnote w:type="continuationSeparator" w:id="0">
    <w:p w14:paraId="708C7252" w14:textId="77777777" w:rsidR="007036D2" w:rsidRDefault="007036D2" w:rsidP="0051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F8732" w14:textId="77777777" w:rsidR="002C79F6" w:rsidRPr="002C79F6" w:rsidRDefault="002C79F6" w:rsidP="002C79F6">
    <w:pPr>
      <w:pStyle w:val="stBilgi"/>
      <w:jc w:val="center"/>
      <w:rPr>
        <w:b/>
        <w:bCs/>
      </w:rPr>
    </w:pPr>
    <w:r w:rsidRPr="002C79F6">
      <w:rPr>
        <w:b/>
        <w:bCs/>
      </w:rPr>
      <w:t>T.C.</w:t>
    </w:r>
  </w:p>
  <w:p w14:paraId="61928F49" w14:textId="77777777" w:rsidR="002C79F6" w:rsidRPr="002C79F6" w:rsidRDefault="002C79F6" w:rsidP="002C79F6">
    <w:pPr>
      <w:pStyle w:val="stBilgi"/>
      <w:jc w:val="center"/>
      <w:rPr>
        <w:b/>
        <w:bCs/>
      </w:rPr>
    </w:pPr>
    <w:r w:rsidRPr="002C79F6">
      <w:rPr>
        <w:b/>
        <w:bCs/>
      </w:rPr>
      <w:t>TOROS ÜNİVERSİTESİ</w:t>
    </w:r>
  </w:p>
  <w:p w14:paraId="4E8FC2C1" w14:textId="77777777" w:rsidR="002C79F6" w:rsidRPr="002C79F6" w:rsidRDefault="002C79F6" w:rsidP="002C79F6">
    <w:pPr>
      <w:pStyle w:val="stBilgi"/>
      <w:jc w:val="center"/>
      <w:rPr>
        <w:b/>
        <w:bCs/>
      </w:rPr>
    </w:pPr>
    <w:r w:rsidRPr="002C79F6">
      <w:rPr>
        <w:b/>
        <w:bCs/>
      </w:rPr>
      <w:t>İKTİSADİ İDARİ VE SOSYAL BİLİMLER FAKÜLTESİ</w:t>
    </w:r>
  </w:p>
  <w:p w14:paraId="687910D6" w14:textId="7C2F3AC7" w:rsidR="002C79F6" w:rsidRPr="002C79F6" w:rsidRDefault="002C79F6" w:rsidP="002C79F6">
    <w:pPr>
      <w:pStyle w:val="stBilgi"/>
      <w:jc w:val="center"/>
      <w:rPr>
        <w:b/>
        <w:bCs/>
      </w:rPr>
    </w:pPr>
    <w:r w:rsidRPr="002C79F6">
      <w:rPr>
        <w:b/>
        <w:bCs/>
      </w:rPr>
      <w:t>PSİKOLOJİ BÖLÜMÜ</w:t>
    </w:r>
  </w:p>
  <w:p w14:paraId="31A841DB" w14:textId="77777777" w:rsidR="002C79F6" w:rsidRDefault="002C79F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6659034">
    <w:abstractNumId w:val="8"/>
  </w:num>
  <w:num w:numId="2" w16cid:durableId="1705448706">
    <w:abstractNumId w:val="6"/>
  </w:num>
  <w:num w:numId="3" w16cid:durableId="2141612521">
    <w:abstractNumId w:val="5"/>
  </w:num>
  <w:num w:numId="4" w16cid:durableId="1087187403">
    <w:abstractNumId w:val="4"/>
  </w:num>
  <w:num w:numId="5" w16cid:durableId="937908853">
    <w:abstractNumId w:val="7"/>
  </w:num>
  <w:num w:numId="6" w16cid:durableId="1062173598">
    <w:abstractNumId w:val="3"/>
  </w:num>
  <w:num w:numId="7" w16cid:durableId="1188105550">
    <w:abstractNumId w:val="2"/>
  </w:num>
  <w:num w:numId="8" w16cid:durableId="876313509">
    <w:abstractNumId w:val="1"/>
  </w:num>
  <w:num w:numId="9" w16cid:durableId="128577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4E2"/>
    <w:rsid w:val="0006063C"/>
    <w:rsid w:val="000779BD"/>
    <w:rsid w:val="0015074B"/>
    <w:rsid w:val="0029639D"/>
    <w:rsid w:val="002C79F6"/>
    <w:rsid w:val="00326F90"/>
    <w:rsid w:val="004F53DA"/>
    <w:rsid w:val="00513BB8"/>
    <w:rsid w:val="00580903"/>
    <w:rsid w:val="007036D2"/>
    <w:rsid w:val="008974CB"/>
    <w:rsid w:val="009D23F3"/>
    <w:rsid w:val="00AA1D8D"/>
    <w:rsid w:val="00B47730"/>
    <w:rsid w:val="00CB0664"/>
    <w:rsid w:val="00CD7DFF"/>
    <w:rsid w:val="00E71EC5"/>
    <w:rsid w:val="00F32706"/>
    <w:rsid w:val="00FC693F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2EF8EF"/>
  <w14:defaultImageDpi w14:val="300"/>
  <w15:docId w15:val="{EAD530A8-E7AA-470D-BF98-5A46E7F9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BEHİYE ŞAHİN</cp:lastModifiedBy>
  <cp:revision>9</cp:revision>
  <dcterms:created xsi:type="dcterms:W3CDTF">2013-12-23T23:15:00Z</dcterms:created>
  <dcterms:modified xsi:type="dcterms:W3CDTF">2026-08-26T10:36:00Z</dcterms:modified>
  <cp:category/>
</cp:coreProperties>
</file>